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b/>
          <w:color w:val="8C6220"/>
          <w:sz w:val="18"/>
        </w:rPr>
        <w:t>HUURRECHT</w:t>
      </w:r>
    </w:p>
    <w:p>
      <w:pPr>
        <w:pStyle w:val="Title"/>
      </w:pPr>
      <w:r>
        <w:t>Brief over gebreken aan een huurwoning</w:t>
      </w:r>
    </w:p>
    <w:p>
      <w:pPr>
        <w:pStyle w:val="Subtitle"/>
      </w:pPr>
      <w:r>
        <w:t>Meld gebreken schriftelijk en vraag de verhuurder om herstel.</w:t>
      </w:r>
    </w:p>
    <w:p>
      <w:pPr>
        <w:pStyle w:val="Smallprint"/>
        <w:pBdr>
          <w:bottom w:val="single" w:sz="6" w:space="1" w:color="DEDBD2"/>
        </w:pBdr>
      </w:pPr>
      <w:r>
        <w:rPr>
          <w:b/>
        </w:rPr>
        <w:t xml:space="preserve">Model voor Nederlands recht  |  Versie </w:t>
      </w:r>
      <w:r>
        <w:t>24 juli 2026</w:t>
      </w:r>
    </w:p>
    <w:p>
      <w:pPr>
        <w:pStyle w:val="Heading1"/>
      </w:pPr>
      <w:r>
        <w:t>Wanneer gebruikt u dit model?</w:t>
      </w:r>
    </w:p>
    <w:p>
      <w:r>
        <w:t>Gebruik deze brief om gebreken aan uw huurwoning schriftelijk te melden. Beschrijf per gebrek wat er aan de hand is, sinds wanneer u het merkt en welke gevolgen het heeft. Voeg foto's of andere bewijzen toe.</w:t>
      </w:r>
    </w:p>
    <w:tbl>
      <w:tblPr>
        <w:tblW w:type="auto" w:w="0"/>
        <w:tblLayout w:type="fixed"/>
        <w:tblLook w:firstColumn="1" w:firstRow="1" w:lastColumn="0" w:lastRow="0" w:noHBand="0" w:noVBand="1" w:val="04A0"/>
      </w:tblPr>
      <w:tblGrid>
        <w:gridCol w:w="9360"/>
      </w:tblGrid>
      <w:tr>
        <w:trPr>
          <w:tblHeader w:val="true"/>
        </w:trPr>
        <w:tc>
          <w:tcPr>
            <w:tcW w:type="dxa" w:w="9360"/>
            <w:vAlign w:val="center"/>
            <w:tcMar>
              <w:top w:w="140" w:type="dxa"/>
              <w:start w:w="180" w:type="dxa"/>
              <w:bottom w:w="140" w:type="dxa"/>
              <w:end w:w="180" w:type="dxa"/>
            </w:tcMar>
            <w:shd w:fill="F6F6F3"/>
          </w:tcPr>
          <w:p>
            <w:pPr>
              <w:spacing w:after="60"/>
            </w:pPr>
            <w:r>
              <w:rPr>
                <w:b/>
                <w:color w:val="8C6220"/>
              </w:rPr>
              <w:t>Spoed of gevaar</w:t>
            </w:r>
          </w:p>
          <w:p>
            <w:pPr>
              <w:pStyle w:val="Smallprint"/>
            </w:pPr>
            <w:r>
              <w:t>Bij acuut gevaar, ernstige lekkage, uitval van essentiële voorzieningen of gezondheidsrisico's is zes weken wachten mogelijk niet redelijk. Meld de situatie direct, bel zo nodig de storingsdienst en vraag schriftelijk om spoedherstel. Ga niet zonder advies zelf huur inhouden.</w:t>
            </w:r>
          </w:p>
        </w:tc>
      </w:tr>
    </w:tbl>
    <w:p>
      <w:pPr>
        <w:spacing w:after="0"/>
      </w:pPr>
    </w:p>
    <w:p>
      <w:pPr>
        <w:pStyle w:val="Heading2"/>
      </w:pPr>
      <w:r>
        <w:t>Voor u begint</w:t>
      </w:r>
    </w:p>
    <w:p>
      <w:pPr>
        <w:pStyle w:val="ListBullet"/>
      </w:pPr>
      <w:r>
        <w:t>Maak duidelijke foto's en noteer data, locaties en eerdere meldingen.</w:t>
      </w:r>
    </w:p>
    <w:p>
      <w:pPr>
        <w:pStyle w:val="ListBullet"/>
      </w:pPr>
      <w:r>
        <w:t>Controleer welke kleine herstellingen volgens de regels voor rekening van de huurder kunnen komen.</w:t>
      </w:r>
    </w:p>
    <w:p>
      <w:pPr>
        <w:pStyle w:val="ListBullet"/>
      </w:pPr>
      <w:r>
        <w:t>Omschrijf welke toegang u voor inspectie en herstel kunt bieden.</w:t>
      </w:r>
    </w:p>
    <w:p>
      <w:pPr>
        <w:pStyle w:val="Heading1"/>
      </w:pPr>
      <w:r>
        <w:t>Voorbeeldtekst</w:t>
      </w:r>
    </w:p>
    <w:p>
      <w:pPr>
        <w:spacing w:after="140"/>
      </w:pPr>
      <w:r>
        <w:rPr>
          <w:b w:val="0"/>
        </w:rPr>
        <w:t>[Uw naam]</w:t>
        <w:br/>
        <w:t>[Adres huurwoning]</w:t>
        <w:br/>
        <w:t>[Postcode en plaats]</w:t>
        <w:br/>
        <w:t>[E-mailadres]</w:t>
        <w:br/>
        <w:t>[Telefoonnummer]</w:t>
      </w:r>
    </w:p>
    <w:p>
      <w:pPr>
        <w:spacing w:after="140"/>
      </w:pPr>
      <w:r>
        <w:rPr>
          <w:b w:val="0"/>
        </w:rPr>
        <w:t>Aan:</w:t>
        <w:br/>
        <w:t>[Naam verhuurder of beheerder]</w:t>
        <w:br/>
        <w:t>[Adres]</w:t>
        <w:br/>
        <w:t>[Postcode en plaats]</w:t>
      </w:r>
    </w:p>
    <w:p>
      <w:pPr>
        <w:spacing w:after="140"/>
      </w:pPr>
      <w:r>
        <w:rPr>
          <w:b w:val="0"/>
        </w:rPr>
        <w:t>[Plaats], [datum]</w:t>
      </w:r>
    </w:p>
    <w:p>
      <w:pPr>
        <w:spacing w:after="140"/>
      </w:pPr>
      <w:r>
        <w:rPr>
          <w:b/>
        </w:rPr>
        <w:t>Betreft: verzoek tot herstel gebreken aan [adres huurwoning]</w:t>
      </w:r>
    </w:p>
    <w:p>
      <w:pPr>
        <w:spacing w:after="140"/>
      </w:pPr>
      <w:r>
        <w:rPr>
          <w:b w:val="0"/>
        </w:rPr>
        <w:t>Geachte heer/mevrouw,</w:t>
      </w:r>
    </w:p>
    <w:p>
      <w:pPr>
        <w:spacing w:after="140"/>
      </w:pPr>
      <w:r>
        <w:rPr>
          <w:b w:val="0"/>
        </w:rPr>
        <w:t>Ik huur van u de woning aan [adres]. In de woning zijn de volgende gebreken aanwezig:</w:t>
        <w:br/>
        <w:t>1. [gebrek, locatie, sinds wanneer en gevolg]</w:t>
        <w:br/>
        <w:t>2. [gebrek, locatie, sinds wanneer en gevolg]</w:t>
        <w:br/>
        <w:t>3. [eventueel aanvullend gebrek]</w:t>
      </w:r>
    </w:p>
    <w:p>
      <w:pPr>
        <w:spacing w:after="140"/>
      </w:pPr>
      <w:r>
        <w:rPr>
          <w:b w:val="0"/>
        </w:rPr>
        <w:t>Ik heb deze gebreken eerder gemeld op [datum/data] via [telefoon/e-mail/portaal]. [Beschrijf kort de reactie of vermeld dat een reactie uitbleef.]</w:t>
      </w:r>
    </w:p>
    <w:p>
      <w:pPr>
        <w:spacing w:after="140"/>
      </w:pPr>
      <w:r>
        <w:rPr>
          <w:b w:val="0"/>
        </w:rPr>
        <w:t>Ik verzoek u de gebreken binnen een redelijke termijn te inspecteren en de noodzakelijke werkzaamheden uit te voeren. Gelet op [urgentie/gevolgen] ontvang ik graag uiterlijk op [datum] uw herstelplanning. [Bij spoed: Ik verzoek u het gebrek uiterlijk op [datum] te verhelpen.]</w:t>
      </w:r>
    </w:p>
    <w:p>
      <w:pPr>
        <w:spacing w:after="140"/>
      </w:pPr>
      <w:r>
        <w:rPr>
          <w:b w:val="0"/>
        </w:rPr>
        <w:t>Voor een afspraak kunt u contact met mij opnemen via [telefoon/e-mail]. Ik ontvang graag een schriftelijke bevestiging.</w:t>
      </w:r>
    </w:p>
    <w:p>
      <w:pPr>
        <w:spacing w:after="140"/>
      </w:pPr>
      <w:r>
        <w:rPr>
          <w:b w:val="0"/>
        </w:rPr>
        <w:t>Met vriendelijke groet,</w:t>
        <w:br/>
        <w:br/>
        <w:t>[Handtekening]</w:t>
        <w:br/>
        <w:t>[Naam]</w:t>
      </w:r>
    </w:p>
    <w:p>
      <w:pPr>
        <w:spacing w:after="140"/>
      </w:pPr>
      <w:r>
        <w:rPr>
          <w:b w:val="0"/>
        </w:rPr>
        <w:t>Bijlagen: foto's, overzicht eerdere meldingen en eventuele rapporten</w:t>
      </w:r>
    </w:p>
    <w:p>
      <w:pPr>
        <w:pStyle w:val="Heading2"/>
      </w:pPr>
      <w:r>
        <w:t>Controleer vóór verzending</w:t>
      </w:r>
    </w:p>
    <w:p>
      <w:pPr>
        <w:pStyle w:val="ListBullet"/>
      </w:pPr>
      <w:r>
        <w:t>Ieder gebrek is concreet beschreven en met bewijs onderbouwd.</w:t>
      </w:r>
    </w:p>
    <w:p>
      <w:pPr>
        <w:pStyle w:val="ListBullet"/>
      </w:pPr>
      <w:r>
        <w:t>De gewenste reactie- of hersteltermijn past bij de ernst van het probleem.</w:t>
      </w:r>
    </w:p>
    <w:p>
      <w:pPr>
        <w:pStyle w:val="ListBullet"/>
      </w:pPr>
      <w:r>
        <w:t>U geeft aan hoe de verhuurder toegang kan krijgen.</w:t>
      </w:r>
    </w:p>
    <w:p>
      <w:pPr>
        <w:pStyle w:val="ListBullet"/>
      </w:pPr>
      <w:r>
        <w:t>U bewaart een kopie en bewijs van verzending.</w:t>
      </w:r>
    </w:p>
    <w:p>
      <w:pPr>
        <w:pStyle w:val="Heading2"/>
      </w:pPr>
      <w:r>
        <w:t>Wanneer maatwerk verstandig is</w:t>
      </w:r>
    </w:p>
    <w:p>
      <w:pPr>
        <w:pStyle w:val="ListBullet"/>
      </w:pPr>
      <w:r>
        <w:t>Er is schimmel, brandgevaar, constructieschade, ernstige lekkage of gezondheidsgevaar.</w:t>
      </w:r>
    </w:p>
    <w:p>
      <w:pPr>
        <w:pStyle w:val="ListBullet"/>
      </w:pPr>
      <w:r>
        <w:t>U overweegt huurverlaging, zelf herstel, verrekening of een procedure bij Huurcommissie of rechter.</w:t>
      </w:r>
    </w:p>
    <w:p>
      <w:pPr>
        <w:pStyle w:val="ListBullet"/>
      </w:pPr>
      <w:r>
        <w:t>De verhuurder stelt dat u de schade zelf heeft veroorzaakt.</w:t>
      </w:r>
    </w:p>
    <w:p>
      <w:pPr>
        <w:pStyle w:val="Heading2"/>
      </w:pPr>
      <w:r>
        <w:t>Betrouwbare bronnen</w:t>
      </w:r>
    </w:p>
    <w:p>
      <w:pPr>
        <w:pStyle w:val="ListBullet"/>
      </w:pPr>
      <w:hyperlink r:id="rId11">
        <w:r>
          <w:rPr>
            <w:color w:val="8C6220"/>
            <w:u w:val="single"/>
          </w:rPr>
          <w:t>Rijksoverheid: verhuurder slecht onderhoud laten aanpakken</w:t>
        </w:r>
      </w:hyperlink>
    </w:p>
    <w:p>
      <w:pPr>
        <w:pStyle w:val="ListBullet"/>
      </w:pPr>
      <w:hyperlink r:id="rId12">
        <w:r>
          <w:rPr>
            <w:color w:val="8C6220"/>
            <w:u w:val="single"/>
          </w:rPr>
          <w:t>Huurcommissie: onderhoud en gebreken</w:t>
        </w:r>
      </w:hyperlink>
    </w:p>
    <w:p>
      <w:pPr>
        <w:pStyle w:val="Smallprint"/>
      </w:pPr>
      <w:r>
        <w:t>Wet- en regelgeving kan wijzigen. Controleer vóór gebruik of de genoemde bron nog actueel is.</w:t>
      </w:r>
    </w:p>
    <w:tbl>
      <w:tblPr>
        <w:tblW w:type="auto" w:w="0"/>
        <w:tblLayout w:type="fixed"/>
        <w:tblLook w:firstColumn="1" w:firstRow="1" w:lastColumn="0" w:lastRow="0" w:noHBand="0" w:noVBand="1" w:val="04A0"/>
      </w:tblPr>
      <w:tblGrid>
        <w:gridCol w:w="9360"/>
      </w:tblGrid>
      <w:tr>
        <w:trPr>
          <w:tblHeader w:val="true"/>
        </w:trPr>
        <w:tc>
          <w:tcPr>
            <w:tcW w:type="dxa" w:w="9360"/>
            <w:vAlign w:val="center"/>
            <w:tcMar>
              <w:top w:w="140" w:type="dxa"/>
              <w:start w:w="180" w:type="dxa"/>
              <w:bottom w:w="140" w:type="dxa"/>
              <w:end w:w="180" w:type="dxa"/>
            </w:tcMar>
            <w:shd w:fill="F6F6F3"/>
          </w:tcPr>
          <w:p>
            <w:pPr>
              <w:spacing w:after="60"/>
            </w:pPr>
            <w:r>
              <w:rPr>
                <w:b/>
                <w:color w:val="8C6220"/>
              </w:rPr>
              <w:t>Wilt u zekerheid vóór u verstuurt of tekent?</w:t>
            </w:r>
          </w:p>
          <w:p>
            <w:pPr>
              <w:pStyle w:val="Smallprint"/>
            </w:pPr>
            <w:r>
              <w:t>ArevLegal kan uw ingevulde document controleren of aanpassen aan uw situatie, vanaf € 250 excl. btw. U krijgt vooraf duidelijkheid over de prijs en de werkzaamheden. Neem contact op via info@arevlegal.nl en vermeld als onderwerp: controle gebrekenbrief huurwoning.</w:t>
            </w:r>
          </w:p>
        </w:tc>
      </w:tr>
    </w:tbl>
    <w:p>
      <w:pPr>
        <w:spacing w:after="0"/>
      </w:pP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5C584F"/>
        <w:sz w:val="16"/>
      </w:rPr>
      <w:t xml:space="preserve">ArevLegal  |  Gecontroleerd op 24 juli 2026  |  arevlegal.nl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8" w:space="1" w:color="B9862E"/>
      </w:pBdr>
    </w:pPr>
    <w:r>
      <w:rPr>
        <w:rFonts w:ascii="Calibri" w:hAnsi="Calibri"/>
        <w:b/>
        <w:color w:val="8C6220"/>
        <w:sz w:val="17"/>
      </w:rPr>
      <w:t>AREVLEGAL  |  VOORBEELDDOCUMENT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78" w:lineRule="auto"/>
    </w:pPr>
    <w:rPr>
      <w:rFonts w:ascii="Calibri" w:hAnsi="Calibri"/>
      <w:color w:val="19170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Calibri" w:hAnsi="Calibri"/>
      <w:b/>
      <w:bCs/>
      <w:color w:val="19170F"/>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Calibri" w:hAnsi="Calibri"/>
      <w:b/>
      <w:bCs/>
      <w:color w:val="19170F"/>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9170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19170F"/>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Calibri" w:hAnsi="Calibri"/>
      <w:b w:val="0"/>
      <w:i/>
      <w:iCs/>
      <w:color w:val="5C584F"/>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78" w:lineRule="auto"/>
      <w:ind w:left="540" w:hanging="271"/>
      <w:contextualSpacing/>
    </w:pPr>
    <w:rPr>
      <w:rFonts w:ascii="Calibri" w:hAnsi="Calibri"/>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78" w:lineRule="auto"/>
      <w:ind w:left="540" w:hanging="271"/>
      <w:contextualSpacing/>
    </w:pPr>
    <w:rPr>
      <w:rFonts w:ascii="Calibri" w:hAnsi="Calibri"/>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print">
    <w:name w:val="Small print"/>
    <w:pPr>
      <w:spacing w:after="80" w:line="276" w:lineRule="auto"/>
    </w:pPr>
    <w:rPr>
      <w:rFonts w:ascii="Calibri" w:hAnsi="Calibri"/>
      <w:color w:val="5C584F"/>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rijksoverheid.nl/vraag-en-antwoord/woning-huren/hoe-zorg-ik-ervoor-dat-de-verhuurder-slecht-onderhoud-aanpakt" TargetMode="External"/><Relationship Id="rId12" Type="http://schemas.openxmlformats.org/officeDocument/2006/relationships/hyperlink" Target="https://www.huurcommissie.nl/onderwerpen/onderhoud-en-gebrek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Arevlegal Brief Gebreken Huurwoning</dc:title>
  <dc:subject>Juridisch voorbeelddocument van ArevLegal</dc:subject>
  <dc:creator/>
  <cp:keywords>ArevLegal, juridisch, voorbeeld, model, Nederland</cp:keywords>
  <dc:description>Algemeen voorbeeld; geen individueel juridisch advies.</dc:description>
  <cp:lastModifiedBy/>
  <cp:revision>1</cp:revision>
  <dcterms:created xsi:type="dcterms:W3CDTF">2013-12-23T23:15:00Z</dcterms:created>
  <dcterms:modified xsi:type="dcterms:W3CDTF">2013-12-23T23:15:00Z</dcterms:modified>
  <cp:category/>
</cp:coreProperties>
</file>