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b/>
          <w:color w:val="8C6220"/>
          <w:sz w:val="18"/>
        </w:rPr>
        <w:t>CONTRACTENRECHT</w:t>
      </w:r>
    </w:p>
    <w:p>
      <w:pPr>
        <w:pStyle w:val="Title"/>
      </w:pPr>
      <w:r>
        <w:t>Ingebrekestelling bij niet-nakoming</w:t>
      </w:r>
    </w:p>
    <w:p>
      <w:pPr>
        <w:pStyle w:val="Subtitle"/>
      </w:pPr>
      <w:r>
        <w:t>Geef uw contractspartij een duidelijke laatste termijn om de afspraak na te komen.</w:t>
      </w:r>
    </w:p>
    <w:p>
      <w:pPr>
        <w:pStyle w:val="Smallprint"/>
        <w:pBdr>
          <w:bottom w:val="single" w:sz="6" w:space="1" w:color="DEDBD2"/>
        </w:pBdr>
      </w:pPr>
      <w:r>
        <w:rPr>
          <w:b/>
        </w:rPr>
        <w:t xml:space="preserve">Model voor Nederlands recht  |  Versie </w:t>
      </w:r>
      <w:r>
        <w:t>24 juli 2026</w:t>
      </w:r>
    </w:p>
    <w:p>
      <w:pPr>
        <w:pStyle w:val="Heading1"/>
      </w:pPr>
      <w:r>
        <w:t>Wanneer gebruikt u dit model?</w:t>
      </w:r>
    </w:p>
    <w:p>
      <w:r>
        <w:t>Gebruik deze brief als de andere partij een contractuele verplichting niet, niet volledig of niet op tijd nakomt. Met een ingebrekestelling geeft u meestal nog één redelijke hersteltermijn. Wat redelijk is, hangt af van de afspraak en van wat nog moet worden gedaan.</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Niet altijd nodig</w:t>
            </w:r>
          </w:p>
          <w:p>
            <w:pPr>
              <w:pStyle w:val="Smallprint"/>
            </w:pPr>
            <w:r>
              <w:t>In sommige gevallen is de andere partij al in verzuim zonder ingebrekestelling, bijvoorbeeld als een fatale termijn is verstreken. Dat onderscheid kan gevolgen hebben voor ontbinding en schadevergoeding. Gebruik bij twijfel eerst juridisch advies.</w:t>
            </w:r>
          </w:p>
        </w:tc>
      </w:tr>
    </w:tbl>
    <w:p>
      <w:pPr>
        <w:spacing w:after="0"/>
      </w:pPr>
    </w:p>
    <w:p>
      <w:pPr>
        <w:pStyle w:val="Heading2"/>
      </w:pPr>
      <w:r>
        <w:t>Voor u begint</w:t>
      </w:r>
    </w:p>
    <w:p>
      <w:pPr>
        <w:pStyle w:val="ListBullet"/>
      </w:pPr>
      <w:r>
        <w:t>Lees de overeenkomst, offerte en algemene voorwaarden terug.</w:t>
      </w:r>
    </w:p>
    <w:p>
      <w:pPr>
        <w:pStyle w:val="ListBullet"/>
      </w:pPr>
      <w:r>
        <w:t>Beschrijf concreet welke prestatie ontbreekt en wat de ander moet herstellen.</w:t>
      </w:r>
    </w:p>
    <w:p>
      <w:pPr>
        <w:pStyle w:val="ListBullet"/>
      </w:pPr>
      <w:r>
        <w:t>Kies een haalbare einddatum, niet alleen een vaag aantal dagen.</w:t>
      </w:r>
    </w:p>
    <w:p>
      <w:pPr>
        <w:pStyle w:val="ListBullet"/>
      </w:pPr>
      <w:r>
        <w:t>Verzamel bewijs van afspraken, klachten en eerdere reacties.</w:t>
      </w:r>
    </w:p>
    <w:p>
      <w:pPr>
        <w:pStyle w:val="Heading1"/>
      </w:pPr>
      <w:r>
        <w:t>Voorbeeldtekst</w:t>
      </w:r>
    </w:p>
    <w:p>
      <w:pPr>
        <w:spacing w:after="140"/>
      </w:pPr>
      <w:r>
        <w:rPr>
          <w:b w:val="0"/>
        </w:rPr>
        <w:t>[Uw naam of bedrijfsnaam]</w:t>
        <w:br/>
        <w:t>[Uw adres]</w:t>
        <w:br/>
        <w:t>[Postcode en plaats]</w:t>
        <w:br/>
        <w:t>[E-mailadres]</w:t>
        <w:br/>
        <w:t>[Telefoonnummer]</w:t>
      </w:r>
    </w:p>
    <w:p>
      <w:pPr>
        <w:spacing w:after="140"/>
      </w:pPr>
      <w:r>
        <w:rPr>
          <w:b w:val="0"/>
        </w:rPr>
        <w:t>Aan:</w:t>
        <w:br/>
        <w:t>[Naam wederpartij]</w:t>
        <w:br/>
        <w:t>[Adres]</w:t>
        <w:br/>
        <w:t>[Postcode en plaats]</w:t>
      </w:r>
    </w:p>
    <w:p>
      <w:pPr>
        <w:spacing w:after="140"/>
      </w:pPr>
      <w:r>
        <w:rPr>
          <w:b w:val="0"/>
        </w:rPr>
        <w:t>[Plaats], [datum]</w:t>
      </w:r>
    </w:p>
    <w:p>
      <w:pPr>
        <w:spacing w:after="140"/>
      </w:pPr>
      <w:r>
        <w:rPr>
          <w:b/>
        </w:rPr>
        <w:t>Betreft: ingebrekestelling inzake [overeenkomst/opdracht]</w:t>
      </w:r>
    </w:p>
    <w:p>
      <w:pPr>
        <w:spacing w:after="140"/>
      </w:pPr>
      <w:r>
        <w:rPr>
          <w:b w:val="0"/>
        </w:rPr>
        <w:t>Geachte heer/mevrouw,</w:t>
      </w:r>
    </w:p>
    <w:p>
      <w:pPr>
        <w:spacing w:after="140"/>
      </w:pPr>
      <w:r>
        <w:rPr>
          <w:b w:val="0"/>
        </w:rPr>
        <w:t>Op [datum] hebben wij afgesproken dat u [duidelijke omschrijving van de prestatie]. Tot op heden heeft u deze afspraak niet correct nagekomen. Het gaat concreet om: [omschrijving tekortkoming].</w:t>
      </w:r>
    </w:p>
    <w:p>
      <w:pPr>
        <w:spacing w:after="140"/>
      </w:pPr>
      <w:r>
        <w:rPr>
          <w:b w:val="0"/>
        </w:rPr>
        <w:t>Ik verzoek en, voor zover nodig, sommeer u om de afspraak alsnog volledig na te komen uiterlijk op [concrete datum]. U kunt dit doen door [concreet gewenste herstel of prestatie].</w:t>
      </w:r>
    </w:p>
    <w:p>
      <w:pPr>
        <w:spacing w:after="140"/>
      </w:pPr>
      <w:r>
        <w:rPr>
          <w:b w:val="0"/>
        </w:rPr>
        <w:t>Als u niet uiterlijk op deze datum volledig nakomt, bent u in verzuim. Ik behoud mij dan het recht voor verdere juridische stappen te nemen, waaronder ontbinding van de overeenkomst en vergoeding van de schade voor zover de wet en de overeenkomst daarvoor grond bieden.</w:t>
      </w:r>
    </w:p>
    <w:p>
      <w:pPr>
        <w:spacing w:after="140"/>
      </w:pPr>
      <w:r>
        <w:rPr>
          <w:b w:val="0"/>
        </w:rPr>
        <w:t>Ik ontvang graag uiterlijk op [datum] uw schriftelijke bevestiging.</w:t>
      </w:r>
    </w:p>
    <w:p>
      <w:pPr>
        <w:spacing w:after="140"/>
      </w:pPr>
      <w:r>
        <w:rPr>
          <w:b w:val="0"/>
        </w:rPr>
        <w:t>Met vriendelijke groet,</w:t>
        <w:br/>
        <w:br/>
        <w:t>[Handtekening]</w:t>
        <w:br/>
        <w:t>[Naam]</w:t>
      </w:r>
    </w:p>
    <w:p>
      <w:pPr>
        <w:spacing w:after="140"/>
      </w:pPr>
      <w:r>
        <w:rPr>
          <w:b w:val="0"/>
        </w:rPr>
        <w:t>Bijlagen: [overeenkomst, factuur, foto's, eerdere correspondentie]</w:t>
      </w:r>
    </w:p>
    <w:p>
      <w:pPr>
        <w:pStyle w:val="Heading2"/>
      </w:pPr>
      <w:r>
        <w:t>Controleer vóór verzending</w:t>
      </w:r>
    </w:p>
    <w:p>
      <w:pPr>
        <w:pStyle w:val="ListBullet"/>
      </w:pPr>
      <w:r>
        <w:t>De afspraak en tekortkoming zijn feitelijk en controleerbaar beschreven.</w:t>
      </w:r>
    </w:p>
    <w:p>
      <w:pPr>
        <w:pStyle w:val="ListBullet"/>
      </w:pPr>
      <w:r>
        <w:t>De hersteltermijn eindigt op een concrete, redelijke datum.</w:t>
      </w:r>
    </w:p>
    <w:p>
      <w:pPr>
        <w:pStyle w:val="ListBullet"/>
      </w:pPr>
      <w:r>
        <w:t>De gevraagde oplossing is uitvoerbaar en sluit aan op de overeenkomst.</w:t>
      </w:r>
    </w:p>
    <w:p>
      <w:pPr>
        <w:pStyle w:val="ListBullet"/>
      </w:pPr>
      <w:r>
        <w:t>U bewaart een kopie en bewijs van bezorging.</w:t>
      </w:r>
    </w:p>
    <w:p>
      <w:pPr>
        <w:pStyle w:val="Heading2"/>
      </w:pPr>
      <w:r>
        <w:t>Wanneer maatwerk verstandig is</w:t>
      </w:r>
    </w:p>
    <w:p>
      <w:pPr>
        <w:pStyle w:val="ListBullet"/>
      </w:pPr>
      <w:r>
        <w:t>U wilt direct ontbinden, betaling opschorten of zelf herstel laten uitvoeren.</w:t>
      </w:r>
    </w:p>
    <w:p>
      <w:pPr>
        <w:pStyle w:val="ListBullet"/>
      </w:pPr>
      <w:r>
        <w:t>De wederpartij betwist de overeenkomst, stelt overmacht of beroept zich op algemene voorwaarden.</w:t>
      </w:r>
    </w:p>
    <w:p>
      <w:pPr>
        <w:pStyle w:val="ListBullet"/>
      </w:pPr>
      <w:r>
        <w:t>Er is veel schade, spoed of een doorlopende zakelijke relatie.</w:t>
      </w:r>
    </w:p>
    <w:p>
      <w:pPr>
        <w:pStyle w:val="Heading2"/>
      </w:pPr>
      <w:r>
        <w:t>Betrouwbare bronnen</w:t>
      </w:r>
    </w:p>
    <w:p>
      <w:pPr>
        <w:pStyle w:val="ListBullet"/>
      </w:pPr>
      <w:hyperlink r:id="rId11">
        <w:r>
          <w:rPr>
            <w:color w:val="8C6220"/>
            <w:u w:val="single"/>
          </w:rPr>
          <w:t>Juridisch Loket: voorbeeldbrief ingebrekestelling</w:t>
        </w:r>
      </w:hyperlink>
    </w:p>
    <w:p>
      <w:pPr>
        <w:pStyle w:val="ListBullet"/>
      </w:pPr>
      <w:hyperlink r:id="rId12">
        <w:r>
          <w:rPr>
            <w:color w:val="8C6220"/>
            <w:u w:val="single"/>
          </w:rPr>
          <w:t>Juridisch Loket: voorbeeldbrief klacht of conflict</w:t>
        </w:r>
      </w:hyperlink>
    </w:p>
    <w:p>
      <w:pPr>
        <w:pStyle w:val="Smallprint"/>
      </w:pPr>
      <w:r>
        <w:t>Wet- en regelgeving kan wijzigen. Controleer vóór gebruik of de genoemde bron nog actueel is.</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Wilt u zekerheid vóór u verstuurt of tekent?</w:t>
            </w:r>
          </w:p>
          <w:p>
            <w:pPr>
              <w:pStyle w:val="Smallprint"/>
            </w:pPr>
            <w:r>
              <w:t>ArevLegal kan uw ingevulde document controleren of aanpassen aan uw situatie, vanaf € 250 excl. btw. U krijgt vooraf duidelijkheid over de prijs en de werkzaamheden. Neem contact op via info@arevlegal.nl en vermeld als onderwerp: controle ingebrekestelling.</w:t>
            </w:r>
          </w:p>
        </w:tc>
      </w:tr>
    </w:tbl>
    <w:p>
      <w:pPr>
        <w:spacing w:after="0"/>
      </w:pP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C584F"/>
        <w:sz w:val="16"/>
      </w:rPr>
      <w:t xml:space="preserve">ArevLegal  |  Gecontroleerd op 24 juli 2026  |  arevlegal.nl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8" w:space="1" w:color="B9862E"/>
      </w:pBdr>
    </w:pPr>
    <w:r>
      <w:rPr>
        <w:rFonts w:ascii="Calibri" w:hAnsi="Calibri"/>
        <w:b/>
        <w:color w:val="8C6220"/>
        <w:sz w:val="17"/>
      </w:rPr>
      <w:t>AREVLEGAL  |  VOORBEELDDOCUMENT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8" w:lineRule="auto"/>
    </w:pPr>
    <w:rPr>
      <w:rFonts w:ascii="Calibri" w:hAnsi="Calibri"/>
      <w:color w:val="19170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19170F"/>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19170F"/>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9170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9170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5C584F"/>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8" w:lineRule="auto"/>
      <w:ind w:left="540" w:hanging="271"/>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8" w:lineRule="auto"/>
      <w:ind w:left="540" w:hanging="271"/>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print">
    <w:name w:val="Small print"/>
    <w:pPr>
      <w:spacing w:after="80" w:line="276" w:lineRule="auto"/>
    </w:pPr>
    <w:rPr>
      <w:rFonts w:ascii="Calibri" w:hAnsi="Calibri"/>
      <w:color w:val="5C584F"/>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juridischloket.nl/voorbeeldbrieven/voorbeeldbrief-ingebrekestelling/" TargetMode="External"/><Relationship Id="rId12" Type="http://schemas.openxmlformats.org/officeDocument/2006/relationships/hyperlink" Target="https://www.juridischloket.nl/voorbeeldbrieven/voorbeeldbrief-klac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Arevlegal Ingebrekestelling</dc:title>
  <dc:subject>Juridisch voorbeelddocument van ArevLegal</dc:subject>
  <dc:creator/>
  <cp:keywords>ArevLegal, juridisch, voorbeeld, model, Nederland</cp:keywords>
  <dc:description>Algemeen voorbeeld; geen individueel juridisch advies.</dc:description>
  <cp:lastModifiedBy/>
  <cp:revision>1</cp:revision>
  <dcterms:created xsi:type="dcterms:W3CDTF">2013-12-23T23:15:00Z</dcterms:created>
  <dcterms:modified xsi:type="dcterms:W3CDTF">2013-12-23T23:15:00Z</dcterms:modified>
  <cp:category/>
</cp:coreProperties>
</file>