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CONTRACTENRECHT EN ONDERNEMEN</w:t>
      </w:r>
    </w:p>
    <w:p>
      <w:pPr>
        <w:pStyle w:val="Title"/>
      </w:pPr>
      <w:r>
        <w:t>Opzegbrief voor een zakelijk contract</w:t>
      </w:r>
    </w:p>
    <w:p>
      <w:pPr>
        <w:pStyle w:val="Subtitle"/>
      </w:pPr>
      <w:r>
        <w:t>Beëindig een zakelijke overeenkomst duidelijk en met een controleerbare datum.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Gebruik deze brief voor een reguliere opzegging van een zakelijke overeenkomst als opzegging contractueel of wettelijk mogelijk is. Controleer eerst duur, opzegtermijn, vormvereisten en eventuele minimumafname of afrekening.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Opzegging is niet hetzelfde als ontbinding</w:t>
            </w:r>
          </w:p>
          <w:p>
            <w:pPr>
              <w:pStyle w:val="Smallprint"/>
            </w:pPr>
            <w:r>
              <w:t>Opzegging beëindigt een overeenkomst volgens een opzegregeling. Ontbinding is een ander middel bij een tekortkoming. Gebruik deze brief niet automatisch als de andere partij haar afspraken niet nakomt.</w:t>
            </w:r>
          </w:p>
        </w:tc>
      </w:tr>
    </w:tbl>
    <w:p>
      <w:pPr>
        <w:spacing w:after="0"/>
      </w:pPr>
    </w:p>
    <w:p>
      <w:pPr>
        <w:pStyle w:val="Heading1"/>
      </w:pPr>
      <w:r>
        <w:t>Voorbeeldtekst</w:t>
      </w:r>
    </w:p>
    <w:p>
      <w:pPr>
        <w:spacing w:after="140"/>
      </w:pPr>
      <w:r>
        <w:rPr>
          <w:b w:val="0"/>
        </w:rPr>
        <w:t>[Uw bedrijfsnaam]</w:t>
        <w:br/>
        <w:t>[Adres]</w:t>
        <w:br/>
        <w:t>[Postcode en plaats]</w:t>
        <w:br/>
        <w:t>[KvK-nummer]</w:t>
        <w:br/>
        <w:t>[E-mail en telefoon]</w:t>
      </w:r>
    </w:p>
    <w:p>
      <w:pPr>
        <w:spacing w:after="140"/>
      </w:pPr>
      <w:r>
        <w:rPr>
          <w:b w:val="0"/>
        </w:rPr>
        <w:t>Aan:</w:t>
        <w:br/>
        <w:t>[Naam contractspartij]</w:t>
        <w:br/>
        <w:t>[Adres]</w:t>
        <w:br/>
        <w:t>[Postcode en plaats]</w:t>
      </w:r>
    </w:p>
    <w:p>
      <w:pPr>
        <w:spacing w:after="140"/>
      </w:pPr>
      <w:r>
        <w:rPr>
          <w:b w:val="0"/>
        </w:rPr>
        <w:t>[Plaats], [datum]</w:t>
      </w:r>
    </w:p>
    <w:p>
      <w:pPr>
        <w:spacing w:after="140"/>
      </w:pPr>
      <w:r>
        <w:rPr>
          <w:b/>
        </w:rPr>
        <w:t>Betreft: opzegging overeenkomst [naam/contractnummer]</w:t>
      </w:r>
    </w:p>
    <w:p>
      <w:pPr>
        <w:spacing w:after="140"/>
      </w:pPr>
      <w:r>
        <w:rPr>
          <w:b w:val="0"/>
        </w:rPr>
        <w:t>Geachte heer/mevrouw,</w:t>
      </w:r>
    </w:p>
    <w:p>
      <w:pPr>
        <w:spacing w:after="140"/>
      </w:pPr>
      <w:r>
        <w:rPr>
          <w:b w:val="0"/>
        </w:rPr>
        <w:t>Hierbij zeg ik namens [bedrijfsnaam] de overeenkomst met betrekking tot [omschrijving] op. De overeenkomst is gesloten op [datum] en heeft contractnummer [nummer].</w:t>
      </w:r>
    </w:p>
    <w:p>
      <w:pPr>
        <w:spacing w:after="140"/>
      </w:pPr>
      <w:r>
        <w:rPr>
          <w:b w:val="0"/>
        </w:rPr>
        <w:t>Met inachtneming van de geldende opzegtermijn eindigt de overeenkomst volgens onze berekening op [einddatum]. Als u een andere einddatum hanteert, ontvang ik graag binnen [aantal] dagen uw gemotiveerde berekening en de contractuele grondslag.</w:t>
      </w:r>
    </w:p>
    <w:p>
      <w:pPr>
        <w:spacing w:after="140"/>
      </w:pPr>
      <w:r>
        <w:rPr>
          <w:b w:val="0"/>
        </w:rPr>
        <w:t>Ik verzoek u de opzegging en einddatum schriftelijk te bevestigen en uiterlijk bij de eindafrekening te specificeren welke bedragen nog verschuldigd of terug te betalen zijn.</w:t>
      </w:r>
    </w:p>
    <w:p>
      <w:pPr>
        <w:spacing w:after="140"/>
      </w:pPr>
      <w:r>
        <w:rPr>
          <w:b w:val="0"/>
        </w:rPr>
        <w:t>Praktische afronding, waaronder teruggave van eigendommen, gegevens of toegangsmiddelen: [invullen].</w:t>
      </w:r>
    </w:p>
    <w:p>
      <w:pPr>
        <w:spacing w:after="140"/>
      </w:pPr>
      <w:r>
        <w:rPr>
          <w:b w:val="0"/>
        </w:rPr>
        <w:t>Met vriendelijke groet,</w:t>
        <w:br/>
        <w:br/>
        <w:t>[Naam]</w:t>
        <w:br/>
        <w:t>[Functie]</w:t>
        <w:br/>
        <w:t>[Bedrijfsnaam]</w:t>
      </w:r>
    </w:p>
    <w:p>
      <w:pPr>
        <w:pStyle w:val="Heading2"/>
      </w:pPr>
      <w:r>
        <w:t>Controleer vóór ondertekening of gebruik</w:t>
      </w:r>
    </w:p>
    <w:p>
      <w:pPr>
        <w:pStyle w:val="ListBullet"/>
      </w:pPr>
      <w:r>
        <w:t>Contractnummer, contractspartij en dienst zijn juist.</w:t>
      </w:r>
    </w:p>
    <w:p>
      <w:pPr>
        <w:pStyle w:val="ListBullet"/>
      </w:pPr>
      <w:r>
        <w:t>Opzegtermijn, einddatum en voorgeschreven verzendwijze zijn gecontroleerd.</w:t>
      </w:r>
    </w:p>
    <w:p>
      <w:pPr>
        <w:pStyle w:val="ListBullet"/>
      </w:pPr>
      <w:r>
        <w:t>U bewaart bewijs van ontvangst.</w:t>
      </w:r>
    </w:p>
    <w:p>
      <w:pPr>
        <w:pStyle w:val="ListBullet"/>
      </w:pPr>
      <w:r>
        <w:t>Openstaande prestaties, data, eigendommen en eindafrekening zijn geregeld.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De overeenkomst is voor bepaalde tijd zonder opzegbeding.</w:t>
      </w:r>
    </w:p>
    <w:p>
      <w:pPr>
        <w:pStyle w:val="ListBullet"/>
      </w:pPr>
      <w:r>
        <w:t>Er zijn hoge beëindigingskosten, investeringen, exclusiviteit of personeel bij betrokken.</w:t>
      </w:r>
    </w:p>
    <w:p>
      <w:pPr>
        <w:pStyle w:val="ListBullet"/>
      </w:pPr>
      <w:r>
        <w:t>U wilt beëindigen wegens wanprestatie, faillissement of dringende omstandigheden.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Rocket Lawyer: aandachtspunten bij een zakelijk contract opzeggen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KVK: hoe een overeenkomst werkt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opzegbrief zakelijk contract.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rocketlawyer.com/nl/nl/zakelijk/zakelijke-contracten-opstellen/rechtwijzer/een-zakelijk-contract-opzeggen" TargetMode="External"/><Relationship Id="rId12" Type="http://schemas.openxmlformats.org/officeDocument/2006/relationships/hyperlink" Target="https://www.kvk.nl/wetten-en-regels/hoe-een-overeenkomst-wer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Opzegbrief Zakelijk Contract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